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למורה: מבחן בסיפור הקצר – “המחרוזת” מאת גי דה מופאסן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חט״ב רגיל · 45 דקות · 100 נקודות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חלוקת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ההוראות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– הבנה ומבנה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 – דמויות, סמל ואירוניה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 – אמצעים וכתיבה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חוזרת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א׳ – הבנת הסיפור ומבנה העלילה (35 נק׳) (35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מטילדה אינה מאושרת בפתיחת הסיפור?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מרגישה שנולדה לחיי פאר ועושר, וסובלת מכך שהיא חיה בבית פשוט כאשת פקיד זוטר.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לשם מה ביקשה מטילדה מחרוזת מגברת פורסטייה?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להיראות עשירה ומרשימה בנשף, כי לא היה לה שום תכשיט.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ויתר מר לואזל כדי לקנות למטילדה שמלה?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הכסף שחסך לרובה ציד (כ־400 פרנק).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הגילוי שבסוף הסיפור?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 של גברת פורסטייה הייתה מזויפת ושוויה קטן מאוד (לכל היותר כ־500 פרנק), בעוד שבני הזוג שילמו במשך עשר שנים על מחרוזת יהלומים אמיתית.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סדרו את חמשת שלבי העלילה (אקספוזיציה, סיבוך, שיא, התרה, סיום) וכתבו ליד כל שלב מה קורה בו 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אקספוזיציה: מטילדה, אישה יפה ולא מרוצה, חיה חיים צנועים עם בעלה הפקיד וחולמת על פאר. סיבוך: ההזמנה לנשף – אין לה שמלה ותכשיט; היא שואלת מחרוזת. שיא: הנשף המוצלח וגילוי אובדן המחרוזת בבית. התרה: קניית מחרוזת חלופית בהלוואות ועשר שנות עבודה קשה ועוני. סיום (נקודת מפנה): הפגישה בשדרה והגילוי שהמחרוזת הייתה מזויפת.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מהי נקודת המפנה בסיפור? נמקו מדוע.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אובדן המחרוזת – אחריו חייהם משתנים לגמרי ואין חזרה (וגם הגילוי שבסוף הופך את המשמעות של כל עשר השנים). תשובה מנומקת אחת מהשתיים מתקבלת.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ב׳ – דמויות, סמל ואירוניה (35 נק׳) (35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אפיינו את מטילדה בשתי תכונות בתחילת הסיפור, וביססו כל תכונה במעשה או במחשבה שלה.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חולמנית ולא מרוצה – חולמת על ארמונות ומשרתים ובוכה על דירתה; גאוותנית/מתביישת בעוני – לא רוצה ללכת לנשף בלי תכשיט; ממהרת לברוח בסוף הנשף כדי שלא יראו את המעיל הפשוט.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מטילדה היא דמות דינמית או סטטית? הוכיחו בעזרת השוואה בין הפתיחה לסיום.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דינמית: בפתיחה מפונקת, חולמת ובוכה על חסרונות; בהמשך היא עובדת קשה, מקרצפת, מתמקחת בשוק, נושאת בעול באומץ ובהגינות. החיצוני השתנה (התבגרה, הוקשחה) וגם יחסה לעבודה ולאחריות. אפשר לטעון שחלק ממנה נשאר: היא עדיין נזכרת בערב הנשף בגעגוע. מתקבלת תשובה מנומקת.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לואזל: דמות עגולה או שטוחה? נמקו.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יותר שטוחה: בנויה סביב תכונה מרכזית – נאמנות, ויתור ואהבה פשוטה; הוא אינו מפתיע אותנו. (תשובה אחרת מתקבלת אם מנומקת היטב.)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מהי האירוניה בסוף הסיפור.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 של מצב: מטילדה רצתה להיראות עשירה בעזרת תכשיט, ובגלל תכשיט מזויף – הפכה לענייה באמת. עשר שנות סבל שולמו על דבר שכמעט לא היה שווה כלום. אילו אמרה את האמת מיד – הכול היה נמנע.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מסמלת המחרוזת בסיפור?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מראית עין: יופי חיצוני שאין מאחוריו ערך אמיתי; החלום על מעמד ועושר; גם השקר וההסתרה (הם לא סיפרו את האמת).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– חלק ג׳ – אמצעים אומנותיים וכתיבה (30 נק׳) (30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במשפט מתורגם מן הסיפור: “היא נראתה זקנה עכשיו. הייתה לאישה של בתים עניים – חזקה, קשה וגסה.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בין מטילדה בנשף – הכי יפה ומחוזרת, אלגנטית ומאושרת – לבין מטילדה העובדת הקשה והמוזנחת. הניגוד מבליט את המחיר הכבד של אובדן המחרוזת ושל השקר.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השיחה בין מטילדה לבעלה בערב שבו הגיעה הביתה אחרי הפגישה עם גברת פורסטייה (8–12 שור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 בודקים לפי המחוון: נאמנות לדמויות (מטילדה – זעזוע, אולי גאווה מוזרה; הבעל – רך ונאמן), מבנה של דיאלוג, אמצעי מסומן, לשון תקנית.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22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מחוון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 לסיפור ולדמויות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הדיאלוג מתאים לאופי הדמויות ולמה שקרה בסיפור.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הדיאלוג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פתיחה, התפתחות וסיום; סימני פיסוק של דיבור.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אמצעי אומנותי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אמצעי אחד לפחות, מזוהה ומסומן נכון.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ויצירתיות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תקנית ועשירה, רגש ומקוריות.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הערות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המחוון מתייחס לשאלה הפתוחה בחלק ג׳ (22 נק׳) – יש להמיר את ה־100 של המחוון ל־22 נקודות. בשאלות הפתוחות האחרות: טענה + ביסוס + הסבר. הציטוט בחלק ג׳ הוא תרגום חופשי מקורי מן המקור הצרפתי.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מבחן בסיפור הקצר – “המחרוזת” מאת גי דה מופאסן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המבחן: 45 דקות · 100 נקודות. קראו כל שאלה עד הסוף. בהצלחה! 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הסיפור ומבנה העלילה (35 נק׳) (35 נק׳)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מדוע מטילדה אינה מאושרת בפתיחת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בעלה אינו אוהב אותה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היא חולמת על חיי פאר שאין 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אין לה חברות בכלל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 היא חולה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לשם מה ביקשה מטילדה מחרוזת מגברת פורסטייה?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למכור אותה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להתאים לשמלה ולא להיראות ענייה בנשף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בעלה ביקש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כדי להחזיר חוב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ויתר מר לואזל כדי לקנות למטילדה שמלה?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 ארוחות צהריים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חופשה 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על רובה הציד שחסך עבורו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על שעון זהב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הגילוי שבסוף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המחרוזת נמצאה במונית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המחרוזת שאבדה הייתה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גברת פורסטייה גנבה אותה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הבעל מכר את המחרוזת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סדרו את חמשת שלבי העלילה (אקספוזיציה, סיבוך, שיא, התרה, סיום) וכתבו ליד כל שלב מה קורה בו בסיפור.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מהי נקודת המפנה בסיפור? נמקו מדוע.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סמל ואירוניה (35 נק׳) (35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אפיינו את מטילדה בשתי תכונות בתחילת הסיפור, וביססו כל תכונה במעשה או במחשבה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האם מטילדה היא דמות דינמית או סטטית? הוכיחו בעזרת השוואה בין הפתיחה לסיום.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מר לואזל: דמות עגולה או שטוחה?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הסבירו מהי האירוניה בסוף הסיפור.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מה מסמלת המחרוזת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אהבה בין בני הזוג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מראית עין – נוצץ מבחוץ ומזויף מבפנים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חברות אמיתית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הטבע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אמצעים אומנותיים וכתיבה (30 נק׳) (30 נק׳)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במשפט מתורגם מן הסיפור: “היא נראתה זקנה עכשיו. הייתה לאישה של בתים עניים – חזקה, קשה וגסה.” – איזה ניגוד נוצר בין משפט זה לבין תיאור מטילדה בנשף? מה הוא מבליט?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את השיחה בין מטילדה לבעלה בערב שבו הגיעה הביתה אחרי הפגישה עם גברת פורסטייה (8–12 שורות). שלבו לפחות אמצעי אומנותי אחד וסמנו אותו.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בסיפור הקצר – “המחרוזת” מאת גי דה מופאסן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