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למורה: מבחן מותאם – “המחרוזת”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 · 45 דקות · 100 נקודות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חלוקת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הקראת ההוראות ותקציר קצר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 – בוחרים תשובה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 – משלימים ממחסן המילים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 – כותבים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א׳ – מה קרה בסיפור? (50 נק׳) (50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רצתה…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חיים עשירים ויפים.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לאן הוזמנו מטילדה ובעלה?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מטילדה שאלה מהחברה שלה?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מחרוזת.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אחרי הנשף?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המחרוזת אבדה.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גילתה מטילדה בסוף?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שהמחרוזת הייתה מזויפת – כמעט בלי ערך.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ב׳ – משלימים (30 נק׳) (30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מחסן מילים: עשר · עבדו קשה · שקר · דינמית · מזויפת | השלימו: בני הזוג ______ כדי להחזיר את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עבדו 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הם עבדו ______ שנים.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מטילדה השתנתה בסיפור, ולכן היא דמות ______.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דינמית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המחרוזת הייתה ______.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מזויפת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מטילדה לא אמרה את האמת לחברה. זה היה ______.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ג׳ – כותבים (20 נק׳) (20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את המשפט: “אם מטילדה הייתה אומרת את האמת, אז ______.”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אישית, למשל: אז לא היו צריכים לעבוד עשר שנים / החברה הייתה מספרת שהמחרוזת מזויפת.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למדתם מהסיפור? כתבו משפט אחד. אפשר להתחיל: “למדתי ש…”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אישית, למשל: למדתי שחשוב לומר את האמת / שלא כל מה שנוצץ שווה הרבה.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מחוון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הבנת העלילה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נכונות בחלק א׳.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השלמת מושגים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השלמה נכונה ממחסן המילים.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 אישי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מלא שקשור לסיפור; לא מורידים על כתיב.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הערות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גרסה מותאמת: מומלץ לקרוא עם התלמידים את התקציר המקוצר לפני המבחן, להקריא כל שאלה, לאפשר מענה בעל פה ותוספת זמן. 3 אפשרויות בכל שאלה, מחסן מילים בולט.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📝 מבחן מותאם – “המחרוזת”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משך המבחן: 45 דקות · 100 נקודות. קראו כל שאלה עד הסוף. בהצלחה! 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מה קרה בסיפור? (50 נק׳) (50 נק׳)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מטילדה רצתה…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חיים עשירים ויפים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לגור בכפר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להיות מורה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לאן הוזמנו מטילדה ובעלה?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לחתונה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לנשף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מטילדה שאלה מהחברה שלה?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מחרוזת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נעליים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קרה אחרי הנשף?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המחרוזת אבדה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מטילדה זכתה בפרס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הבעל קיבל עבודה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גילתה מטילדה בסוף?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שהמחרוזת הייתה מזויפת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שהמחרוזת נמצאה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שהחברה כועסת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משלימים (30 נק׳) (30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מחסן מילים: עשר · עבדו קשה · שקר · דינמית · מזויפת | השלימו: בני הזוג ______ כדי להחזיר את החוב.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השלימו: הם עבדו ______ שנים.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השלימו: מטילדה השתנתה בסיפור, ולכן היא דמות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השלימו: המחרוזת הייתה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השלימו: מטילדה לא אמרה את האמת לחברה. זה היה 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(20 נק׳) (20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השלימו את המשפט: “אם מטילדה הייתה אומרת את האמת, אז ______.”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מה למדתם מהסיפור? כתבו משפט אחד. אפשר להתחיל: “למדתי ש…”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מבחן מותאם – “המחרוזת”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